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COURRIER DE DEMANDE D’AGRÉMENT POUR POLICE MUNICIPALE</w:t>
      </w:r>
    </w:p>
    <w:p/>
    <w:p/>
    <w:p>
      <w:r>
        <w:rPr>
          <w:b/>
          <w:sz w:val="22"/>
        </w:rPr>
        <w:t>À l’attention de Monsieur le Maire</w:t>
      </w:r>
    </w:p>
    <w:p>
      <w:r>
        <w:rPr>
          <w:b w:val="0"/>
          <w:sz w:val="22"/>
        </w:rPr>
        <w:t>Mairie de ________________________________</w:t>
      </w:r>
    </w:p>
    <w:p>
      <w:r>
        <w:rPr>
          <w:b w:val="0"/>
          <w:sz w:val="22"/>
        </w:rPr>
        <w:t>Adresse : ________________________________________________</w:t>
      </w:r>
    </w:p>
    <w:p>
      <w:r>
        <w:rPr>
          <w:b w:val="0"/>
          <w:sz w:val="22"/>
        </w:rPr>
        <w:t>Code postal : __________ Ville : _________________________</w:t>
      </w:r>
    </w:p>
    <w:p/>
    <w:p/>
    <w:p>
      <w:r>
        <w:rPr>
          <w:b/>
          <w:sz w:val="22"/>
        </w:rPr>
        <w:t>Objet : Demande d’agrément pour exercer en qualité d’agent de police municipale</w:t>
      </w:r>
    </w:p>
    <w:p/>
    <w:p>
      <w:r>
        <w:rPr>
          <w:b w:val="0"/>
          <w:sz w:val="22"/>
        </w:rPr>
        <w:t>Monsieur le Maire,</w:t>
      </w:r>
    </w:p>
    <w:p/>
    <w:p>
      <w:r>
        <w:rPr>
          <w:b w:val="0"/>
          <w:sz w:val="22"/>
        </w:rPr>
        <w:t>Par la présente, je soussigné(e) :</w:t>
        <w:br/>
        <w:t>Nom : ____________________________________________________________</w:t>
        <w:br/>
        <w:t>Prénom : _________________________________________________________</w:t>
        <w:br/>
        <w:t>Date et lieu de naissance : ________________________________________</w:t>
        <w:br/>
        <w:t>Adresse : _________________________________________________________</w:t>
        <w:br/>
        <w:t>Code postal : _______________ Ville : ____________________________</w:t>
        <w:br/>
        <w:t>Numéro de téléphone : _____________________________________________</w:t>
        <w:br/>
        <w:t>Adresse e-mail : ___________________________________________________</w:t>
        <w:br/>
        <w:t>Profession actuelle : ______________________________________________</w:t>
      </w:r>
    </w:p>
    <w:p/>
    <w:p>
      <w:r>
        <w:rPr>
          <w:b w:val="0"/>
          <w:sz w:val="22"/>
        </w:rPr>
        <w:t>Sollicite auprès de vos services l’agrément pour exercer en qualité d’agent de police municipale au sein de la commune de __________________. Conformément aux dispositions des articles L.511-1 et suivants du Code de la sécurité intérieure, je m’engage à respecter l’ensemble des obligations liées à cette fonction, notamment en matière de déontologie, de neutralité, ainsi que les règles relatives à l’usage de la force publique.</w:t>
      </w:r>
    </w:p>
    <w:p/>
    <w:p>
      <w:r>
        <w:rPr>
          <w:b w:val="0"/>
          <w:sz w:val="22"/>
        </w:rPr>
        <w:t>Je joins à ce courrier l’ensemble des pièces justificatives requises pour l’examen de ma demande :</w:t>
      </w:r>
    </w:p>
    <w:p>
      <w:r>
        <w:rPr>
          <w:b w:val="0"/>
          <w:sz w:val="22"/>
        </w:rPr>
        <w:t>- Copie de la carte d’identité ou du passeport</w:t>
      </w:r>
    </w:p>
    <w:p>
      <w:r>
        <w:rPr>
          <w:b w:val="0"/>
          <w:sz w:val="22"/>
        </w:rPr>
        <w:t>- Curriculum vitae détaillé</w:t>
      </w:r>
    </w:p>
    <w:p>
      <w:r>
        <w:rPr>
          <w:b w:val="0"/>
          <w:sz w:val="22"/>
        </w:rPr>
        <w:t>- Justificatif de domicile</w:t>
      </w:r>
    </w:p>
    <w:p>
      <w:r>
        <w:rPr>
          <w:b w:val="0"/>
          <w:sz w:val="22"/>
        </w:rPr>
        <w:t>- Casier judiciaire (bulletin n°3) datant de moins de 3 mois</w:t>
      </w:r>
    </w:p>
    <w:p>
      <w:r>
        <w:rPr>
          <w:b w:val="0"/>
          <w:sz w:val="22"/>
        </w:rPr>
        <w:t>- Attestation de formation ou diplômes relatifs à la sécurité publique</w:t>
      </w:r>
    </w:p>
    <w:p>
      <w:r>
        <w:rPr>
          <w:b w:val="0"/>
          <w:sz w:val="22"/>
        </w:rPr>
        <w:t>- Certificat médical attestant de l’aptitude physique à exercer les fonctions</w:t>
      </w:r>
    </w:p>
    <w:p/>
    <w:p>
      <w:r>
        <w:rPr>
          <w:b w:val="0"/>
          <w:sz w:val="22"/>
        </w:rPr>
        <w:t>Je reste à votre disposition pour tout renseignement complémentaire ou entretien que vous jugerez utile, et vous prie de croire, Monsieur le Maire, en l’assurance de ma considération distinguée.</w:t>
      </w:r>
    </w:p>
    <w:p/>
    <w:p/>
    <w:p>
      <w:r>
        <w:rPr>
          <w:b/>
          <w:sz w:val="22"/>
        </w:rPr>
        <w:t>Signature 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Fait à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https://modele-demande.com/courrier-demande-agrement-police-municipale/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https://modele-demande.com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modele-demande.com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e-demande.com/courrier-demande-agrement-police-municipale/" TargetMode="External"/><Relationship Id="rId10" Type="http://schemas.openxmlformats.org/officeDocument/2006/relationships/hyperlink" Target="https://modele-demand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